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תקינים עם חלקי הדיבר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מקומות הם שמות עצם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איך דבר נראה, פועל מתאר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תלוי בהקשר - 'אני אוכל תפוח' (פועל) או 'האוכל טעים'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בעברית שם התואר בדרך כלל בא אחרי שם העצם, למשל 'בית גדול'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שמות תואר, פעלים ועוד חלקי 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שלושת חלקי הדיבר, לדוגמה: 'הכלב הקטן רץ' - כלב (שם עצם), קטן (שם תואר), רץ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נפרדים עם הקפה נכונה של המילה המבוקשת בכל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דבר/אדם/מקום,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שמציינת פעולה כמו רץ, אוכל, 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שני חלקי הדיבר המבוקשים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מילים מהסביבה הקרובה של התלמידים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בצבעים שונים לכל חלק דיבר כדי לעזור בזיהוי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שלושה חלקים מרכזיים של דיבר: שם עצם (מציין אדם, חיה, דבר או מקום), שם תואר (מתאר את שם העצם) ופועל (מציין פעולה או מצב). בדף זה נתרגל לזהות ולהשתמש בהם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'שולחן'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'רץ'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'גדול'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הבאות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שם של מקום, כמו 'ירושלים'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מתאר איך דבר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'אוכל' יכולה להיות גם שם עצם וגם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לפני שם העצם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הקטנה __________ בגן (פועל שמתאר משחק)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הגדול עף בשמיים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 ה__________ נבח בלילה (שם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__________ ספר מעניין עכשיו (פועל)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הצהוב זרח בשמיים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הילד ה__________ רץ מהר מאוד (שם תואר)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שם תואר ופועל. סמנו כל מילה בצבע אחר או כתבו ליד כל מילה את סוג הדיבר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שונים: באחד תשתמשו בשם עצם, בשני בשם תואר, בשלישי בפועל, והקיפו את המילה המתאימה בכל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שהיא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שם עצם אחד ופועל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