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 - שם עצם, שם תואר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ולהבדיל בין שם עצם, שם תואר ופועל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התפקיד של כל חלק דיבר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משפטים תקינים עם חלקי הדיבר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כותב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ירוק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שמות מקומות הם שמות עצם פרטיים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שם תואר מתאר איך דבר נראה, פועל מתאר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תלוי בהקשר - 'אני אוכל תפוח' (פועל) או 'האוכל טעים'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בעברית שם התואר בדרך כלל בא אחרי שם העצם, למשל 'בית גדול'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גם שמות תואר, פעלים ועוד חלקי דיבר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משחקת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מהיר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לסוג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(שם תואר)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בנו משפט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תפוח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עם שלושת חלקי הדיבר, לדוגמה: 'הכלב הקטן רץ' - כלב (שם עצם), קטן (שם תואר), רץ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שלושה משפטים נפרדים עם הקפה נכונה של המילה המבוקשת בכל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עצם מציין דבר/אדם/מקום, שם תואר מתאר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שמציינת פעולה כמו רץ, אוכל, כותב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שני חלקי הדיבר המבוקשים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בזיהוי מילים מהסביבה הקרובה של התלמידים כדי להמחיש את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בצבעים שונים לכל חלק דיבר כדי לעזור בזיהוי 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בזיהוי בסיסי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 - שם עצם, שם תואר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מילים שהן שם עצם - הן מציינות דבר, אדם או מקום. יש מילים שהן שם תואר - הן מתארות איך משהו נראה. יש מילים שהן פועל - הן מציינות מה מישהו עושה. נתרגל להבדיל ביניהן.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אדם, חיה, דבר או מקום, כמו: ילד, כלב, שולחן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איך שם העצם נראה, כמו: גדול, יפה, אדום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פעולה או מצב, כמו: רץ, אוכל, ישן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חלקי דיבר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הסוגים השונים של מילים בשפה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מילים שיש לה משמעות שלמה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נושא המשפט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 מי או על מה מדובר במשפט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תיאור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שמוסיפה פרטים על שם עצם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סוג המילה 'שולחן'?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תשובה 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סוג המילה 'רץ'?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תשובה 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סוג המילה 'גדול'?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תשובה 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את המילה שהיא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בחרו את המילה שהיא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בחרו את המילה שהיא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רוקד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הולך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עצם יכול להיות שם של מקום, כמו 'ירושלים'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פועל מתאר איך דבר נראה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'אוכל' יכולה להיות גם שם עצם וגם 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תמיד בא לפני שם העצם במשפט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מילה בעברית היא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הילדה הקטנה __________ בגן (פועל שמתאר משחק)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הגדול עף בשמיים (שם עצם)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הכלב ה__________ נבח בלילה (שם תואר)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אני __________ ספר מעניין עכשיו (פועל)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הצהוב זרח בשמיים (שם עצם)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הילד ה__________ רץ מהר מאוד (שם תואר)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לסוג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רוקד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כותב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שם עצם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בנו משפט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הגדול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שיש בו שם עצם, שם תואר ופועל. סמנו כל מילה בצבע אחר או כתבו ליד כל מילה את סוג הדיבר שלה.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שלושה משפטים שונים: באחד תשתמשו בשם עצם, בשני בשם תואר, בשלישי בפועל, והקיפו את המילה המתאימה בכל משפט.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שם עצם לשם תואר?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שהיא פועל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קצר עם שם עצם אחד ופועל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דיבר - שם עצם, שם תואר ופועל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