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ולהבדיל בין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התפקיד של כל חלק 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תקינים עם חלקי הדיבר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שמות מקומות הם שמות עצם פרטיים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תואר מתאר איך דבר נראה, פועל מתאר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בעברית שם התואר בדרך כלל בא אחרי שם העצם, למשל 'בית גדול'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שחור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לסוג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(שם עצם)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בנו משפט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תפוח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נפרדים עם הקפה נכונה של המילה המבוקשת בכל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מציין דבר/אדם/מקום, שם תואר מתאר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שמציינת פעולה כמו רץ, אוכל, 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שני חלקי הדיבר המבוקשים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בזיהוי מילים מהסביבה הקרובה של התלמידים כדי להמחיש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בצבעים שונים לכל חלק דיבר כדי לעזור בזיהוי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בזיהוי 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יש שלושה חלקים מרכזיים של דיבר: שם עצם (מציין אדם, חיה, דבר או מקום), שם תואר (מתאר את שם העצם) ופועל (מציין פעולה או מצב). בדף זה נתרגל לזהות ולהשתמש בהם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שחור  ·  ציפור  ·  משחקת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המילה 'שולחן'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המילה 'רץ'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המילה 'גדול'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תואר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עצם יכול להיות שם של מקום, כמו 'ירושלים'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פועל מתאר איך דבר נראה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תמיד בא לפני שם העצם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הילדה הקטנה __________ בגן (פועל שמתאר משחק)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הגדול עף בשמיים (שם עצם)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הכלב ה__________ נבח בלילה (שם תואר)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לסוג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רוקד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בנו משפט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תפוח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שונים: באחד תשתמשו בשם עצם, בשני בשם תואר, בשלישי בפועל, והקיפו את המילה המתאימה בכל משפט.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שם עצם לשם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שהיא 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-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